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B855FA" w:rsidRPr="000C0CD0" w14:paraId="66542366" w14:textId="77777777">
        <w:tc>
          <w:tcPr>
            <w:tcW w:w="2948" w:type="dxa"/>
          </w:tcPr>
          <w:p w14:paraId="7FF4FDAF" w14:textId="77777777" w:rsidR="00B855FA" w:rsidRDefault="00000000">
            <w:r>
              <w:rPr>
                <w:noProof/>
              </w:rPr>
              <w:drawing>
                <wp:inline distT="0" distB="0" distL="0" distR="0" wp14:anchorId="381955CF" wp14:editId="3EFDBD44">
                  <wp:extent cx="1655999" cy="7307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999" cy="73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0" w:type="dxa"/>
            <w:vAlign w:val="center"/>
          </w:tcPr>
          <w:p w14:paraId="74B53235" w14:textId="77777777" w:rsidR="00B855FA" w:rsidRPr="000C0CD0" w:rsidRDefault="00000000">
            <w:pPr>
              <w:jc w:val="right"/>
              <w:rPr>
                <w:lang w:val="de-AT"/>
              </w:rPr>
            </w:pPr>
            <w:r w:rsidRPr="000C0CD0">
              <w:rPr>
                <w:b/>
                <w:color w:val="382C87"/>
                <w:sz w:val="40"/>
                <w:lang w:val="de-AT"/>
              </w:rPr>
              <w:t>Antrag auf Einrichtung</w:t>
            </w:r>
            <w:r w:rsidRPr="000C0CD0">
              <w:rPr>
                <w:b/>
                <w:color w:val="382C87"/>
                <w:sz w:val="40"/>
                <w:lang w:val="de-AT"/>
              </w:rPr>
              <w:br/>
              <w:t>einer Fokusgruppe</w:t>
            </w:r>
          </w:p>
        </w:tc>
      </w:tr>
    </w:tbl>
    <w:p w14:paraId="44DEDB8B" w14:textId="77777777" w:rsidR="00B855FA" w:rsidRPr="000C0CD0" w:rsidRDefault="00B855FA">
      <w:pPr>
        <w:pBdr>
          <w:bottom w:val="single" w:sz="18" w:space="1" w:color="DC1F23"/>
        </w:pBdr>
        <w:spacing w:before="80" w:after="120"/>
        <w:rPr>
          <w:lang w:val="de-AT"/>
        </w:rPr>
      </w:pPr>
    </w:p>
    <w:p w14:paraId="34993505" w14:textId="77777777" w:rsidR="00B855FA" w:rsidRPr="000C0CD0" w:rsidRDefault="00000000">
      <w:pPr>
        <w:spacing w:after="160"/>
        <w:rPr>
          <w:lang w:val="de-AT"/>
        </w:rPr>
      </w:pPr>
      <w:r w:rsidRPr="000C0CD0">
        <w:rPr>
          <w:i/>
          <w:color w:val="555555"/>
          <w:sz w:val="19"/>
          <w:lang w:val="de-AT"/>
        </w:rPr>
        <w:t>Antragsformular gemäß Konzeptpapier „Fokusgruppen ÖKG“ (Stand 26.10.2026). Bitte kompakt ausfüllen; Zielumfang 1–2 Seiten. Klicken Sie in die grauen Felder und tippen Sie direkt hinein.</w:t>
      </w:r>
    </w:p>
    <w:p w14:paraId="7493CC44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t>1. Bezeichnung und Thema</w:t>
      </w:r>
    </w:p>
    <w:p w14:paraId="65104988" w14:textId="77777777" w:rsidR="00B855FA" w:rsidRPr="000C0CD0" w:rsidRDefault="00000000">
      <w:pPr>
        <w:keepNext/>
        <w:spacing w:after="60"/>
        <w:rPr>
          <w:lang w:val="de-AT"/>
        </w:rPr>
      </w:pPr>
      <w:r w:rsidRPr="000C0CD0">
        <w:rPr>
          <w:color w:val="666666"/>
          <w:sz w:val="18"/>
          <w:lang w:val="de-AT"/>
        </w:rPr>
        <w:t>Vorgeschlagener Name und thematischer Schwerpunkt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3F1F99F3" w14:textId="77777777">
        <w:trPr>
          <w:trHeight w:val="624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3CE1D7C6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1"/>
                <w:tag w:val="f1"/>
                <w:id w:val="1001"/>
                <w:showingPlcHdr/>
                <w:text w:multiLine="1"/>
              </w:sdtPr>
              <w:sdtContent>
                <w:r w:rsidRPr="000C0CD0">
                  <w:rPr>
                    <w:color w:val="808080"/>
                    <w:lang w:val="de-AT"/>
                  </w:rPr>
                  <w:t>Hier klicken und Text eingeben</w:t>
                </w:r>
              </w:sdtContent>
            </w:sdt>
          </w:p>
        </w:tc>
      </w:tr>
    </w:tbl>
    <w:p w14:paraId="3A61E302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t>2. Zielsetzung und Relevanz für die ÖKG</w:t>
      </w:r>
    </w:p>
    <w:p w14:paraId="584E9480" w14:textId="77777777" w:rsidR="00B855FA" w:rsidRPr="000C0CD0" w:rsidRDefault="00000000">
      <w:pPr>
        <w:keepNext/>
        <w:spacing w:after="60"/>
        <w:rPr>
          <w:lang w:val="de-AT"/>
        </w:rPr>
      </w:pPr>
      <w:r w:rsidRPr="000C0CD0">
        <w:rPr>
          <w:color w:val="666666"/>
          <w:sz w:val="18"/>
          <w:lang w:val="de-AT"/>
        </w:rPr>
        <w:t>Konkrete wissenschaftliche/klinische Fragestellung; Aktualität und strategischer Mehrwert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7AC943F3" w14:textId="77777777">
        <w:trPr>
          <w:trHeight w:val="1247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59A3C4FF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2"/>
                <w:tag w:val="f2"/>
                <w:id w:val="1002"/>
                <w:showingPlcHdr/>
                <w:text w:multiLine="1"/>
              </w:sdtPr>
              <w:sdtContent>
                <w:r>
                  <w:rPr>
                    <w:color w:val="808080"/>
                  </w:rPr>
                  <w:t>Hier klicken und Text eingeben</w:t>
                </w:r>
              </w:sdtContent>
            </w:sdt>
          </w:p>
        </w:tc>
      </w:tr>
    </w:tbl>
    <w:p w14:paraId="1640AEE6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t>3. Schnittstellen zu bestehenden ÖKG-Arbeitsgruppen</w:t>
      </w:r>
    </w:p>
    <w:p w14:paraId="4A827D81" w14:textId="77777777" w:rsidR="00B855FA" w:rsidRPr="000C0CD0" w:rsidRDefault="00000000">
      <w:pPr>
        <w:keepNext/>
        <w:spacing w:after="60"/>
        <w:rPr>
          <w:lang w:val="de-AT"/>
        </w:rPr>
      </w:pPr>
      <w:r w:rsidRPr="000C0CD0">
        <w:rPr>
          <w:color w:val="666666"/>
          <w:sz w:val="18"/>
          <w:lang w:val="de-AT"/>
        </w:rPr>
        <w:t>Thematisch berührte AGs und geplante Zusammenarbeit (Austausch, Joint Sessions, Projekte)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5552D29B" w14:textId="77777777">
        <w:trPr>
          <w:trHeight w:val="935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0B159070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3"/>
                <w:tag w:val="f3"/>
                <w:id w:val="1003"/>
                <w:showingPlcHdr/>
                <w:text w:multiLine="1"/>
              </w:sdtPr>
              <w:sdtContent>
                <w:r w:rsidRPr="000C0CD0">
                  <w:rPr>
                    <w:color w:val="808080"/>
                    <w:lang w:val="de-AT"/>
                  </w:rPr>
                  <w:t>Hier klicken und Text eingeben</w:t>
                </w:r>
              </w:sdtContent>
            </w:sdt>
          </w:p>
        </w:tc>
      </w:tr>
    </w:tbl>
    <w:p w14:paraId="65666DCE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t>4. Europäische und internationale Anbindung</w:t>
      </w:r>
    </w:p>
    <w:p w14:paraId="258F6E73" w14:textId="77777777" w:rsidR="00B855FA" w:rsidRPr="000C0CD0" w:rsidRDefault="00000000">
      <w:pPr>
        <w:keepNext/>
        <w:spacing w:after="60"/>
        <w:rPr>
          <w:lang w:val="de-AT"/>
        </w:rPr>
      </w:pPr>
      <w:r w:rsidRPr="000C0CD0">
        <w:rPr>
          <w:color w:val="666666"/>
          <w:sz w:val="18"/>
          <w:lang w:val="de-AT"/>
        </w:rPr>
        <w:t xml:space="preserve">Bezug zu ESC </w:t>
      </w:r>
      <w:proofErr w:type="spellStart"/>
      <w:r w:rsidR="000C0CD0" w:rsidRPr="000C0CD0">
        <w:rPr>
          <w:color w:val="666666"/>
          <w:sz w:val="18"/>
          <w:lang w:val="de-AT"/>
        </w:rPr>
        <w:t>Associations</w:t>
      </w:r>
      <w:proofErr w:type="spellEnd"/>
      <w:r w:rsidR="000C0CD0" w:rsidRPr="000C0CD0">
        <w:rPr>
          <w:color w:val="666666"/>
          <w:sz w:val="18"/>
          <w:lang w:val="de-AT"/>
        </w:rPr>
        <w:t>/</w:t>
      </w:r>
      <w:r w:rsidRPr="000C0CD0">
        <w:rPr>
          <w:color w:val="666666"/>
          <w:sz w:val="18"/>
          <w:lang w:val="de-AT"/>
        </w:rPr>
        <w:t>Working Groups/</w:t>
      </w:r>
      <w:proofErr w:type="spellStart"/>
      <w:r w:rsidRPr="000C0CD0">
        <w:rPr>
          <w:color w:val="666666"/>
          <w:sz w:val="18"/>
          <w:lang w:val="de-AT"/>
        </w:rPr>
        <w:t>Councils</w:t>
      </w:r>
      <w:proofErr w:type="spellEnd"/>
      <w:r w:rsidRPr="000C0CD0">
        <w:rPr>
          <w:color w:val="666666"/>
          <w:sz w:val="18"/>
          <w:lang w:val="de-AT"/>
        </w:rPr>
        <w:t xml:space="preserve"> oder anderen internationalen Entwicklungen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5D5A3CB8" w14:textId="77777777">
        <w:trPr>
          <w:trHeight w:val="935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0A8CF9DD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4"/>
                <w:tag w:val="f4"/>
                <w:id w:val="1004"/>
                <w:showingPlcHdr/>
                <w:text w:multiLine="1"/>
              </w:sdtPr>
              <w:sdtContent>
                <w:r w:rsidRPr="000C0CD0">
                  <w:rPr>
                    <w:color w:val="808080"/>
                    <w:lang w:val="de-AT"/>
                  </w:rPr>
                  <w:t>Hier klicken und Text eingeben</w:t>
                </w:r>
              </w:sdtContent>
            </w:sdt>
          </w:p>
        </w:tc>
      </w:tr>
    </w:tbl>
    <w:p w14:paraId="69D849D7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t>5. Arbeitsplan für die ersten zwei Jahre</w:t>
      </w:r>
    </w:p>
    <w:p w14:paraId="2995A5A2" w14:textId="77777777" w:rsidR="00B855FA" w:rsidRPr="000C0CD0" w:rsidRDefault="00000000">
      <w:pPr>
        <w:keepNext/>
        <w:spacing w:after="60"/>
        <w:rPr>
          <w:lang w:val="de-AT"/>
        </w:rPr>
      </w:pPr>
      <w:r w:rsidRPr="000C0CD0">
        <w:rPr>
          <w:color w:val="666666"/>
          <w:sz w:val="18"/>
          <w:lang w:val="de-AT"/>
        </w:rPr>
        <w:t>Geplante Aktivitäten und 1–2 realistische Ergebnisse (z. B. Session, Review, Positionspapier, Netzwerk)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332FCD74" w14:textId="77777777">
        <w:trPr>
          <w:trHeight w:val="1247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6CFFFA3C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5"/>
                <w:tag w:val="f5"/>
                <w:id w:val="1005"/>
                <w:showingPlcHdr/>
                <w:text w:multiLine="1"/>
              </w:sdtPr>
              <w:sdtContent>
                <w:r w:rsidRPr="000C0CD0">
                  <w:rPr>
                    <w:color w:val="808080"/>
                    <w:lang w:val="de-AT"/>
                  </w:rPr>
                  <w:t>Hier klicken und Text eingeben</w:t>
                </w:r>
              </w:sdtContent>
            </w:sdt>
          </w:p>
        </w:tc>
      </w:tr>
    </w:tbl>
    <w:p w14:paraId="4BE9A625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t>6. Koordination</w:t>
      </w:r>
    </w:p>
    <w:p w14:paraId="5D97AC76" w14:textId="77777777" w:rsidR="000C0CD0" w:rsidRDefault="00000000">
      <w:pPr>
        <w:keepNext/>
        <w:spacing w:after="60"/>
        <w:rPr>
          <w:color w:val="666666"/>
          <w:sz w:val="18"/>
          <w:lang w:val="de-AT"/>
        </w:rPr>
      </w:pPr>
      <w:proofErr w:type="spellStart"/>
      <w:r w:rsidRPr="000C0CD0">
        <w:rPr>
          <w:color w:val="666666"/>
          <w:sz w:val="18"/>
          <w:lang w:val="de-AT"/>
        </w:rPr>
        <w:t>Koordinator:in</w:t>
      </w:r>
      <w:proofErr w:type="spellEnd"/>
      <w:r w:rsidRPr="000C0CD0">
        <w:rPr>
          <w:color w:val="666666"/>
          <w:sz w:val="18"/>
          <w:lang w:val="de-AT"/>
        </w:rPr>
        <w:t xml:space="preserve"> (Name, Institution, E-Mail) und </w:t>
      </w:r>
      <w:proofErr w:type="spellStart"/>
      <w:proofErr w:type="gramStart"/>
      <w:r w:rsidRPr="000C0CD0">
        <w:rPr>
          <w:color w:val="666666"/>
          <w:sz w:val="18"/>
          <w:lang w:val="de-AT"/>
        </w:rPr>
        <w:t>stellvertretende:r</w:t>
      </w:r>
      <w:proofErr w:type="spellEnd"/>
      <w:proofErr w:type="gramEnd"/>
      <w:r w:rsidRPr="000C0CD0">
        <w:rPr>
          <w:color w:val="666666"/>
          <w:sz w:val="18"/>
          <w:lang w:val="de-AT"/>
        </w:rPr>
        <w:t xml:space="preserve"> </w:t>
      </w:r>
      <w:proofErr w:type="spellStart"/>
      <w:r w:rsidRPr="000C0CD0">
        <w:rPr>
          <w:color w:val="666666"/>
          <w:sz w:val="18"/>
          <w:lang w:val="de-AT"/>
        </w:rPr>
        <w:t>Koordinator:in</w:t>
      </w:r>
      <w:proofErr w:type="spellEnd"/>
      <w:r w:rsidRPr="000C0CD0">
        <w:rPr>
          <w:color w:val="666666"/>
          <w:sz w:val="18"/>
          <w:lang w:val="de-AT"/>
        </w:rPr>
        <w:t xml:space="preserve"> (Name, Institution, E-Mail)</w:t>
      </w:r>
    </w:p>
    <w:p w14:paraId="1EC00E99" w14:textId="77777777" w:rsidR="000C0CD0" w:rsidRPr="000C0CD0" w:rsidRDefault="000C0CD0">
      <w:pPr>
        <w:keepNext/>
        <w:spacing w:after="60"/>
        <w:rPr>
          <w:color w:val="666666"/>
          <w:sz w:val="18"/>
          <w:lang w:val="de-AT"/>
        </w:rPr>
      </w:pPr>
      <w:r>
        <w:rPr>
          <w:color w:val="666666"/>
          <w:sz w:val="18"/>
          <w:lang w:val="de-AT"/>
        </w:rPr>
        <w:t>(die endgültige Nominierung bleibt dem Vorstand vorbehalten)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266B798E" w14:textId="77777777">
        <w:trPr>
          <w:trHeight w:val="935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48FCD45B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6"/>
                <w:tag w:val="f6"/>
                <w:id w:val="1006"/>
                <w:showingPlcHdr/>
                <w:text w:multiLine="1"/>
              </w:sdtPr>
              <w:sdtContent>
                <w:r w:rsidRPr="000C0CD0">
                  <w:rPr>
                    <w:color w:val="808080"/>
                    <w:lang w:val="de-AT"/>
                  </w:rPr>
                  <w:t>Hier klicken und Text eingeben</w:t>
                </w:r>
              </w:sdtContent>
            </w:sdt>
          </w:p>
        </w:tc>
      </w:tr>
    </w:tbl>
    <w:p w14:paraId="042315E8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lastRenderedPageBreak/>
        <w:t>7. Gründungsmitglieder</w:t>
      </w:r>
    </w:p>
    <w:p w14:paraId="510C062D" w14:textId="77777777" w:rsidR="00B855FA" w:rsidRPr="000C0CD0" w:rsidRDefault="00000000">
      <w:pPr>
        <w:keepNext/>
        <w:spacing w:after="60"/>
        <w:rPr>
          <w:lang w:val="de-AT"/>
        </w:rPr>
      </w:pPr>
      <w:r w:rsidRPr="000C0CD0">
        <w:rPr>
          <w:color w:val="666666"/>
          <w:sz w:val="18"/>
          <w:lang w:val="de-AT"/>
        </w:rPr>
        <w:t>Namen und Institutionen des vorgesehenen aktiven Kerns (Richtwert 5–10 Personen); bei Bedarf Beiblatt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5522A24F" w14:textId="77777777">
        <w:trPr>
          <w:trHeight w:val="1247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5555BC38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7"/>
                <w:tag w:val="f7"/>
                <w:id w:val="1007"/>
                <w:showingPlcHdr/>
                <w:text w:multiLine="1"/>
              </w:sdtPr>
              <w:sdtContent>
                <w:r w:rsidRPr="000C0CD0">
                  <w:rPr>
                    <w:color w:val="808080"/>
                    <w:lang w:val="de-AT"/>
                  </w:rPr>
                  <w:t>Hier klicken und Text eingeben</w:t>
                </w:r>
              </w:sdtContent>
            </w:sdt>
          </w:p>
        </w:tc>
      </w:tr>
    </w:tbl>
    <w:p w14:paraId="2CB9951B" w14:textId="77777777" w:rsidR="00B855FA" w:rsidRPr="000C0CD0" w:rsidRDefault="00000000">
      <w:pPr>
        <w:keepNext/>
        <w:spacing w:before="160"/>
        <w:rPr>
          <w:lang w:val="de-AT"/>
        </w:rPr>
      </w:pPr>
      <w:r w:rsidRPr="000C0CD0">
        <w:rPr>
          <w:b/>
          <w:color w:val="382C87"/>
          <w:sz w:val="25"/>
          <w:lang w:val="de-AT"/>
        </w:rPr>
        <w:t>8. Offenheit und Nachwuchseinbindung</w:t>
      </w:r>
    </w:p>
    <w:p w14:paraId="6699EF91" w14:textId="77777777" w:rsidR="00B855FA" w:rsidRPr="000C0CD0" w:rsidRDefault="00000000">
      <w:pPr>
        <w:keepNext/>
        <w:spacing w:after="60"/>
        <w:rPr>
          <w:lang w:val="de-AT"/>
        </w:rPr>
      </w:pPr>
      <w:r w:rsidRPr="000C0CD0">
        <w:rPr>
          <w:color w:val="666666"/>
          <w:sz w:val="18"/>
          <w:lang w:val="de-AT"/>
        </w:rPr>
        <w:t>Wie werden weitere ÖKG-Mitglieder transparent eingeladen und jüngere Mitglieder eingebunden?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8"/>
      </w:tblGrid>
      <w:tr w:rsidR="00B855FA" w:rsidRPr="000C0CD0" w14:paraId="22CEECE3" w14:textId="77777777">
        <w:trPr>
          <w:trHeight w:val="935"/>
        </w:trPr>
        <w:tc>
          <w:tcPr>
            <w:tcW w:w="9638" w:type="dxa"/>
            <w:tcBorders>
              <w:top w:val="single" w:sz="6" w:space="0" w:color="B8B5D6"/>
              <w:left w:val="single" w:sz="6" w:space="0" w:color="B8B5D6"/>
              <w:bottom w:val="single" w:sz="6" w:space="0" w:color="B8B5D6"/>
              <w:right w:val="single" w:sz="6" w:space="0" w:color="B8B5D6"/>
            </w:tcBorders>
            <w:shd w:val="clear" w:color="auto" w:fill="F4F3FA"/>
          </w:tcPr>
          <w:p w14:paraId="3A8887CF" w14:textId="77777777" w:rsidR="00B855FA" w:rsidRPr="000C0CD0" w:rsidRDefault="00000000">
            <w:pPr>
              <w:rPr>
                <w:lang w:val="de-AT"/>
              </w:rPr>
            </w:pPr>
            <w:sdt>
              <w:sdtPr>
                <w:alias w:val="Feld 8"/>
                <w:tag w:val="f8"/>
                <w:id w:val="1008"/>
                <w:showingPlcHdr/>
                <w:text w:multiLine="1"/>
              </w:sdtPr>
              <w:sdtContent>
                <w:r w:rsidRPr="000C0CD0">
                  <w:rPr>
                    <w:color w:val="808080"/>
                    <w:lang w:val="de-AT"/>
                  </w:rPr>
                  <w:t>Hier klicken und Text eingeben</w:t>
                </w:r>
              </w:sdtContent>
            </w:sdt>
          </w:p>
        </w:tc>
      </w:tr>
    </w:tbl>
    <w:p w14:paraId="77628E63" w14:textId="77777777" w:rsidR="00B855FA" w:rsidRDefault="00000000">
      <w:pPr>
        <w:spacing w:before="200"/>
        <w:rPr>
          <w:sz w:val="19"/>
          <w:lang w:val="de-AT"/>
        </w:rPr>
      </w:pPr>
      <w:r w:rsidRPr="000C0CD0">
        <w:rPr>
          <w:b/>
          <w:sz w:val="19"/>
          <w:lang w:val="de-AT"/>
        </w:rPr>
        <w:t xml:space="preserve">Einreichung: </w:t>
      </w:r>
      <w:r w:rsidRPr="000C0CD0">
        <w:rPr>
          <w:sz w:val="19"/>
          <w:lang w:val="de-AT"/>
        </w:rPr>
        <w:t>gemäß jährlich veröffentlichter Ausschreibung und Frist über die ÖKG-Geschäftsstelle. Über die Einrichtung entscheidet der ÖKG-Vorstand.</w:t>
      </w:r>
    </w:p>
    <w:p w14:paraId="1AFD6893" w14:textId="77777777" w:rsidR="000C0CD0" w:rsidRDefault="000C0CD0">
      <w:pPr>
        <w:spacing w:before="200"/>
        <w:rPr>
          <w:sz w:val="19"/>
          <w:lang w:val="de-AT"/>
        </w:rPr>
      </w:pPr>
    </w:p>
    <w:p w14:paraId="06A18594" w14:textId="77777777" w:rsidR="000C0CD0" w:rsidRPr="000C0CD0" w:rsidRDefault="000C0CD0">
      <w:pPr>
        <w:spacing w:before="200"/>
        <w:rPr>
          <w:lang w:val="de-AT"/>
        </w:rPr>
      </w:pPr>
    </w:p>
    <w:p w14:paraId="7D8E3EC0" w14:textId="77777777" w:rsidR="00B855FA" w:rsidRPr="000C0CD0" w:rsidRDefault="00B855FA">
      <w:pPr>
        <w:spacing w:after="80"/>
        <w:rPr>
          <w:lang w:val="de-AT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855FA" w14:paraId="5919D88B" w14:textId="77777777">
        <w:trPr>
          <w:trHeight w:val="312"/>
        </w:trPr>
        <w:tc>
          <w:tcPr>
            <w:tcW w:w="4819" w:type="dxa"/>
            <w:tcBorders>
              <w:bottom w:val="single" w:sz="8" w:space="0" w:color="382C87"/>
            </w:tcBorders>
          </w:tcPr>
          <w:p w14:paraId="550A5099" w14:textId="77777777" w:rsidR="00B855FA" w:rsidRDefault="00000000">
            <w:pPr>
              <w:spacing w:before="440"/>
            </w:pPr>
            <w:sdt>
              <w:sdtPr>
                <w:alias w:val="Feld 9"/>
                <w:tag w:val="f9"/>
                <w:id w:val="1009"/>
                <w:showingPlcHdr/>
                <w:text w:multiLine="1"/>
              </w:sdtPr>
              <w:sdtContent>
                <w:r>
                  <w:rPr>
                    <w:color w:val="808080"/>
                    <w:sz w:val="20"/>
                  </w:rPr>
                  <w:t>Hier klicken</w:t>
                </w:r>
              </w:sdtContent>
            </w:sdt>
          </w:p>
        </w:tc>
        <w:tc>
          <w:tcPr>
            <w:tcW w:w="4819" w:type="dxa"/>
            <w:tcBorders>
              <w:bottom w:val="single" w:sz="8" w:space="0" w:color="382C87"/>
            </w:tcBorders>
          </w:tcPr>
          <w:p w14:paraId="07C2D95F" w14:textId="77777777" w:rsidR="00B855FA" w:rsidRDefault="00000000">
            <w:pPr>
              <w:spacing w:before="440"/>
            </w:pPr>
            <w:sdt>
              <w:sdtPr>
                <w:alias w:val="Feld 10"/>
                <w:tag w:val="f10"/>
                <w:id w:val="1010"/>
                <w:showingPlcHdr/>
                <w:text w:multiLine="1"/>
              </w:sdtPr>
              <w:sdtContent>
                <w:r>
                  <w:rPr>
                    <w:color w:val="808080"/>
                    <w:sz w:val="20"/>
                  </w:rPr>
                  <w:t>Hier klicken</w:t>
                </w:r>
              </w:sdtContent>
            </w:sdt>
          </w:p>
        </w:tc>
      </w:tr>
      <w:tr w:rsidR="00B855FA" w14:paraId="4AE88177" w14:textId="77777777">
        <w:tc>
          <w:tcPr>
            <w:tcW w:w="4819" w:type="dxa"/>
          </w:tcPr>
          <w:p w14:paraId="4F952DD4" w14:textId="77777777" w:rsidR="00B855FA" w:rsidRDefault="00000000">
            <w:r>
              <w:rPr>
                <w:color w:val="666666"/>
                <w:sz w:val="17"/>
              </w:rPr>
              <w:t>Ort, Datum</w:t>
            </w:r>
          </w:p>
        </w:tc>
        <w:tc>
          <w:tcPr>
            <w:tcW w:w="4819" w:type="dxa"/>
          </w:tcPr>
          <w:p w14:paraId="290BF5FC" w14:textId="77777777" w:rsidR="00B855FA" w:rsidRDefault="00000000">
            <w:r>
              <w:rPr>
                <w:color w:val="666666"/>
                <w:sz w:val="17"/>
              </w:rPr>
              <w:t>Einreichende Person (Name, Unterschrift)</w:t>
            </w:r>
          </w:p>
        </w:tc>
      </w:tr>
    </w:tbl>
    <w:p w14:paraId="54BB7F8E" w14:textId="77777777" w:rsidR="00737746" w:rsidRDefault="00737746"/>
    <w:sectPr w:rsidR="00737746" w:rsidSect="00034616">
      <w:headerReference w:type="default" r:id="rId9"/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2381" w14:textId="77777777" w:rsidR="00737746" w:rsidRDefault="00737746">
      <w:pPr>
        <w:spacing w:line="240" w:lineRule="auto"/>
      </w:pPr>
      <w:r>
        <w:separator/>
      </w:r>
    </w:p>
  </w:endnote>
  <w:endnote w:type="continuationSeparator" w:id="0">
    <w:p w14:paraId="19B5C445" w14:textId="77777777" w:rsidR="00737746" w:rsidRDefault="007377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06B8B" w14:textId="77777777" w:rsidR="00B855FA" w:rsidRPr="000C0CD0" w:rsidRDefault="00000000">
    <w:pPr>
      <w:pStyle w:val="Fuzeile"/>
      <w:jc w:val="center"/>
      <w:rPr>
        <w:lang w:val="de-AT"/>
      </w:rPr>
    </w:pPr>
    <w:r w:rsidRPr="000C0CD0">
      <w:rPr>
        <w:color w:val="382C87"/>
        <w:sz w:val="16"/>
        <w:lang w:val="de-AT"/>
      </w:rPr>
      <w:t>Österreichische Kardiologische Gesellschaft (ÖKG) · Antrag Fokusgruppe · Rücksendung an die ÖKG-Geschäftsstelle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068C6" w14:textId="77777777" w:rsidR="00737746" w:rsidRDefault="00737746">
      <w:pPr>
        <w:spacing w:line="240" w:lineRule="auto"/>
      </w:pPr>
      <w:r>
        <w:separator/>
      </w:r>
    </w:p>
  </w:footnote>
  <w:footnote w:type="continuationSeparator" w:id="0">
    <w:p w14:paraId="26C2FC36" w14:textId="77777777" w:rsidR="00737746" w:rsidRDefault="007377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B1999" w14:textId="77777777" w:rsidR="00B855FA" w:rsidRDefault="00B855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4917547">
    <w:abstractNumId w:val="8"/>
  </w:num>
  <w:num w:numId="2" w16cid:durableId="1339306374">
    <w:abstractNumId w:val="6"/>
  </w:num>
  <w:num w:numId="3" w16cid:durableId="307711318">
    <w:abstractNumId w:val="5"/>
  </w:num>
  <w:num w:numId="4" w16cid:durableId="1051422575">
    <w:abstractNumId w:val="4"/>
  </w:num>
  <w:num w:numId="5" w16cid:durableId="1047216725">
    <w:abstractNumId w:val="7"/>
  </w:num>
  <w:num w:numId="6" w16cid:durableId="2003584012">
    <w:abstractNumId w:val="3"/>
  </w:num>
  <w:num w:numId="7" w16cid:durableId="1407536157">
    <w:abstractNumId w:val="2"/>
  </w:num>
  <w:num w:numId="8" w16cid:durableId="1834103362">
    <w:abstractNumId w:val="1"/>
  </w:num>
  <w:num w:numId="9" w16cid:durableId="1419250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CD0"/>
    <w:rsid w:val="0015074B"/>
    <w:rsid w:val="0029639D"/>
    <w:rsid w:val="00326F90"/>
    <w:rsid w:val="00737746"/>
    <w:rsid w:val="00AA1D8D"/>
    <w:rsid w:val="00B47730"/>
    <w:rsid w:val="00B855F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D6B04"/>
  <w14:defaultImageDpi w14:val="300"/>
  <w15:docId w15:val="{F3CB6209-7BE3-BA49-A065-AFED392C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Calibri" w:eastAsia="Calibri" w:hAnsi="Calibri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p_noemi@yahoo.com</cp:lastModifiedBy>
  <cp:revision>2</cp:revision>
  <dcterms:created xsi:type="dcterms:W3CDTF">2013-12-23T23:15:00Z</dcterms:created>
  <dcterms:modified xsi:type="dcterms:W3CDTF">2026-10-26T22:37:00Z</dcterms:modified>
  <cp:category/>
</cp:coreProperties>
</file>